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1833" w14:textId="77777777" w:rsidR="00BF142B" w:rsidRDefault="00000000">
      <w:pPr>
        <w:spacing w:after="60" w:line="240" w:lineRule="auto"/>
      </w:pPr>
      <w:r>
        <w:rPr>
          <w:b/>
        </w:rPr>
        <w:t>Załącznik nr 4 do SWZ</w:t>
      </w:r>
    </w:p>
    <w:p w14:paraId="19FE5311" w14:textId="77777777" w:rsidR="00BF142B" w:rsidRDefault="00000000">
      <w:pPr>
        <w:spacing w:after="60" w:line="240" w:lineRule="auto"/>
        <w:jc w:val="center"/>
      </w:pPr>
      <w:r>
        <w:rPr>
          <w:b/>
          <w:sz w:val="28"/>
        </w:rPr>
        <w:t>WYKAZ USŁUG SERWISOWYCH</w:t>
      </w:r>
    </w:p>
    <w:p w14:paraId="4CC5744A" w14:textId="77777777" w:rsidR="00BF142B" w:rsidRDefault="00000000">
      <w:pPr>
        <w:spacing w:after="60" w:line="240" w:lineRule="auto"/>
        <w:jc w:val="center"/>
      </w:pPr>
      <w:r>
        <w:t>dotyczy postępowania pn.: „Budowa jednostki wytwarzania energii elektrycznej i ciepła w technologii wysokosprawnej kogeneracji w miejscowości Oleśnica”</w:t>
      </w:r>
    </w:p>
    <w:p w14:paraId="4E0B0ECD" w14:textId="77777777" w:rsidR="00BF142B" w:rsidRDefault="00000000">
      <w:pPr>
        <w:spacing w:after="60" w:line="240" w:lineRule="auto"/>
      </w:pPr>
      <w:r>
        <w:rPr>
          <w:b/>
        </w:rPr>
        <w:t>ZAMAWIAJĄCY:</w:t>
      </w:r>
    </w:p>
    <w:p w14:paraId="1943B919" w14:textId="77777777" w:rsidR="00BF142B" w:rsidRDefault="00000000">
      <w:pPr>
        <w:spacing w:after="60" w:line="240" w:lineRule="auto"/>
      </w:pPr>
      <w:r>
        <w:t>Miejska Gospodarka Komunalna Spółka z o.o.</w:t>
      </w:r>
    </w:p>
    <w:p w14:paraId="5620B9C4" w14:textId="77777777" w:rsidR="00BF142B" w:rsidRDefault="00000000">
      <w:pPr>
        <w:spacing w:after="60" w:line="240" w:lineRule="auto"/>
      </w:pPr>
      <w:r>
        <w:t>ul. 11 Listopada 17</w:t>
      </w:r>
    </w:p>
    <w:p w14:paraId="40836B32" w14:textId="77777777" w:rsidR="00BF142B" w:rsidRDefault="00000000">
      <w:pPr>
        <w:spacing w:after="60" w:line="240" w:lineRule="auto"/>
      </w:pPr>
      <w:r>
        <w:t>56-400 Oleśnica</w:t>
      </w:r>
    </w:p>
    <w:p w14:paraId="0CB43296" w14:textId="77777777" w:rsidR="00BF142B" w:rsidRDefault="00000000">
      <w:pPr>
        <w:spacing w:after="60" w:line="240" w:lineRule="auto"/>
      </w:pPr>
      <w:r>
        <w:rPr>
          <w:b/>
        </w:rPr>
        <w:t>WYKONAWCA:</w:t>
      </w:r>
    </w:p>
    <w:p w14:paraId="78055AAA" w14:textId="77777777" w:rsidR="00BF142B" w:rsidRDefault="00000000">
      <w:pPr>
        <w:spacing w:after="60" w:line="240" w:lineRule="auto"/>
      </w:pPr>
      <w:r>
        <w:t>Niniejsza Oferta zostaje złożona przez: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0"/>
        <w:gridCol w:w="7938"/>
      </w:tblGrid>
      <w:tr w:rsidR="00BF142B" w14:paraId="6CB43CFD" w14:textId="77777777">
        <w:trPr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074121D" w14:textId="77777777" w:rsidR="00BF142B" w:rsidRDefault="00000000">
            <w:pPr>
              <w:jc w:val="center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7FE79AA7" w14:textId="77777777" w:rsidR="00BF142B" w:rsidRDefault="00000000">
            <w:pPr>
              <w:jc w:val="center"/>
            </w:pPr>
            <w:r>
              <w:rPr>
                <w:b/>
                <w:sz w:val="18"/>
              </w:rPr>
              <w:t>Nazwa Wykonawcy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7324FABE" w14:textId="77777777" w:rsidR="00BF142B" w:rsidRDefault="00000000">
            <w:pPr>
              <w:jc w:val="center"/>
            </w:pPr>
            <w:r>
              <w:rPr>
                <w:b/>
                <w:sz w:val="18"/>
              </w:rPr>
              <w:t>Adres Wykonawcy</w:t>
            </w:r>
          </w:p>
        </w:tc>
      </w:tr>
      <w:tr w:rsidR="00BF142B" w14:paraId="643CF108" w14:textId="77777777">
        <w:trPr>
          <w:jc w:val="center"/>
        </w:trPr>
        <w:tc>
          <w:tcPr>
            <w:tcW w:w="567" w:type="dxa"/>
            <w:vAlign w:val="center"/>
          </w:tcPr>
          <w:p w14:paraId="59949A63" w14:textId="77777777" w:rsidR="00BF142B" w:rsidRDefault="00000000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670" w:type="dxa"/>
            <w:vAlign w:val="center"/>
          </w:tcPr>
          <w:p w14:paraId="34F3B822" w14:textId="77777777" w:rsidR="00BF142B" w:rsidRDefault="00BF142B">
            <w:pPr>
              <w:jc w:val="center"/>
            </w:pPr>
          </w:p>
        </w:tc>
        <w:tc>
          <w:tcPr>
            <w:tcW w:w="7938" w:type="dxa"/>
            <w:vAlign w:val="center"/>
          </w:tcPr>
          <w:p w14:paraId="04EBC6F9" w14:textId="77777777" w:rsidR="00BF142B" w:rsidRDefault="00BF142B">
            <w:pPr>
              <w:jc w:val="center"/>
            </w:pPr>
          </w:p>
        </w:tc>
      </w:tr>
    </w:tbl>
    <w:p w14:paraId="10F7B10D" w14:textId="77777777" w:rsidR="00BF142B" w:rsidRDefault="00BF142B"/>
    <w:p w14:paraId="094FFDD8" w14:textId="77777777" w:rsidR="00BF142B" w:rsidRDefault="00000000">
      <w:pPr>
        <w:spacing w:after="60" w:line="240" w:lineRule="auto"/>
      </w:pPr>
      <w:r>
        <w:t>Oświadczam, że wykonałem lub wykonuję następujące usługi serwisowe: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"/>
        <w:gridCol w:w="1178"/>
        <w:gridCol w:w="2577"/>
        <w:gridCol w:w="1208"/>
        <w:gridCol w:w="1213"/>
        <w:gridCol w:w="1599"/>
        <w:gridCol w:w="1474"/>
        <w:gridCol w:w="1419"/>
        <w:gridCol w:w="1380"/>
        <w:gridCol w:w="1978"/>
      </w:tblGrid>
      <w:tr w:rsidR="00BF142B" w14:paraId="363F2DC6" w14:textId="77777777">
        <w:trPr>
          <w:tblHeader/>
          <w:jc w:val="center"/>
        </w:trPr>
        <w:tc>
          <w:tcPr>
            <w:tcW w:w="453" w:type="dxa"/>
            <w:shd w:val="clear" w:color="auto" w:fill="D9D9D9"/>
            <w:vAlign w:val="center"/>
          </w:tcPr>
          <w:p w14:paraId="5CC9EAD5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Lp.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4942E364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Warunek, którego dotyczy usługa</w:t>
            </w:r>
            <w:r>
              <w:rPr>
                <w:b/>
                <w:sz w:val="14"/>
              </w:rPr>
              <w:br/>
              <w:t>(lit. b / lit. c / lit. b i c)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261A5064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Przedmiot usługi serwisowej oraz rodzaj serwisowanego urządzenia / instalacji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5A8AD6BB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Moc agregatu kogeneracyjnego [MWe]</w:t>
            </w:r>
            <w:r>
              <w:rPr>
                <w:b/>
                <w:sz w:val="14"/>
              </w:rPr>
              <w:br/>
              <w:t>(jeżeli dotyczy)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1B5CABF0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Data rozpoczęcia wykonywania usługi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D3CCE29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Data zakończenia wykonywania usługi albo informacja „usługa wykonywana nadal”</w:t>
            </w:r>
          </w:p>
        </w:tc>
        <w:tc>
          <w:tcPr>
            <w:tcW w:w="1530" w:type="dxa"/>
            <w:shd w:val="clear" w:color="auto" w:fill="D9D9D9"/>
            <w:vAlign w:val="center"/>
          </w:tcPr>
          <w:p w14:paraId="30BDC8AC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Okres nieprzerwanego wykonywania usługi serwisowej</w:t>
            </w:r>
          </w:p>
        </w:tc>
        <w:tc>
          <w:tcPr>
            <w:tcW w:w="1474" w:type="dxa"/>
            <w:shd w:val="clear" w:color="auto" w:fill="D9D9D9"/>
            <w:vAlign w:val="center"/>
          </w:tcPr>
          <w:p w14:paraId="7BC836C9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Deklarowana / zapewniona dyspozycyjność agregatu [mth/rok]</w:t>
            </w:r>
            <w:r>
              <w:rPr>
                <w:b/>
                <w:sz w:val="14"/>
              </w:rPr>
              <w:br/>
              <w:t>(jeżeli dotyczy)</w:t>
            </w:r>
          </w:p>
        </w:tc>
        <w:tc>
          <w:tcPr>
            <w:tcW w:w="1474" w:type="dxa"/>
            <w:shd w:val="clear" w:color="auto" w:fill="D9D9D9"/>
            <w:vAlign w:val="center"/>
          </w:tcPr>
          <w:p w14:paraId="4AEAC816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Miejsce wykonania usługi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2C0AD2A1" w14:textId="77777777" w:rsidR="00BF142B" w:rsidRDefault="00000000">
            <w:pPr>
              <w:jc w:val="center"/>
            </w:pPr>
            <w:r>
              <w:rPr>
                <w:b/>
                <w:sz w:val="14"/>
              </w:rPr>
              <w:t>Podmiot, na rzecz którego usługa była lub jest wykonywana</w:t>
            </w:r>
            <w:r>
              <w:rPr>
                <w:b/>
                <w:sz w:val="14"/>
              </w:rPr>
              <w:br/>
              <w:t>(nazwa, adres, nr tel. do kontaktu)</w:t>
            </w:r>
          </w:p>
        </w:tc>
      </w:tr>
      <w:tr w:rsidR="00BF142B" w14:paraId="5E50D2FE" w14:textId="77777777">
        <w:trPr>
          <w:trHeight w:val="850"/>
          <w:jc w:val="center"/>
        </w:trPr>
        <w:tc>
          <w:tcPr>
            <w:tcW w:w="453" w:type="dxa"/>
            <w:vAlign w:val="center"/>
          </w:tcPr>
          <w:p w14:paraId="30CBE31E" w14:textId="77777777" w:rsidR="00BF142B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247" w:type="dxa"/>
            <w:vAlign w:val="center"/>
          </w:tcPr>
          <w:p w14:paraId="18D4B5BD" w14:textId="77777777" w:rsidR="00BF142B" w:rsidRDefault="00BF142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34CE436" w14:textId="77777777" w:rsidR="00BF142B" w:rsidRDefault="00BF14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DBA936" w14:textId="77777777" w:rsidR="00BF142B" w:rsidRDefault="00BF142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30F73BEF" w14:textId="77777777" w:rsidR="00BF142B" w:rsidRDefault="00BF14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7C305F6" w14:textId="77777777" w:rsidR="00BF142B" w:rsidRDefault="00BF142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2FC86272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35756C1B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4C12697" w14:textId="77777777" w:rsidR="00BF142B" w:rsidRDefault="00BF142B">
            <w:pPr>
              <w:jc w:val="center"/>
            </w:pPr>
          </w:p>
        </w:tc>
        <w:tc>
          <w:tcPr>
            <w:tcW w:w="2154" w:type="dxa"/>
            <w:vAlign w:val="center"/>
          </w:tcPr>
          <w:p w14:paraId="30F26671" w14:textId="77777777" w:rsidR="00BF142B" w:rsidRDefault="00BF142B">
            <w:pPr>
              <w:jc w:val="center"/>
            </w:pPr>
          </w:p>
        </w:tc>
      </w:tr>
      <w:tr w:rsidR="00BF142B" w14:paraId="3CB00CDE" w14:textId="77777777">
        <w:trPr>
          <w:trHeight w:val="850"/>
          <w:jc w:val="center"/>
        </w:trPr>
        <w:tc>
          <w:tcPr>
            <w:tcW w:w="453" w:type="dxa"/>
            <w:vAlign w:val="center"/>
          </w:tcPr>
          <w:p w14:paraId="5DBB4139" w14:textId="77777777" w:rsidR="00BF142B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247" w:type="dxa"/>
            <w:vAlign w:val="center"/>
          </w:tcPr>
          <w:p w14:paraId="73C21792" w14:textId="77777777" w:rsidR="00BF142B" w:rsidRDefault="00BF142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80F4382" w14:textId="77777777" w:rsidR="00BF142B" w:rsidRDefault="00BF14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9DBBA6" w14:textId="77777777" w:rsidR="00BF142B" w:rsidRDefault="00BF142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4A34BF06" w14:textId="77777777" w:rsidR="00BF142B" w:rsidRDefault="00BF14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4911C6C" w14:textId="77777777" w:rsidR="00BF142B" w:rsidRDefault="00BF142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2DFC53DF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442A566C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274240DB" w14:textId="77777777" w:rsidR="00BF142B" w:rsidRDefault="00BF142B">
            <w:pPr>
              <w:jc w:val="center"/>
            </w:pPr>
          </w:p>
        </w:tc>
        <w:tc>
          <w:tcPr>
            <w:tcW w:w="2154" w:type="dxa"/>
            <w:vAlign w:val="center"/>
          </w:tcPr>
          <w:p w14:paraId="33BEE04F" w14:textId="77777777" w:rsidR="00BF142B" w:rsidRDefault="00BF142B">
            <w:pPr>
              <w:jc w:val="center"/>
            </w:pPr>
          </w:p>
        </w:tc>
      </w:tr>
      <w:tr w:rsidR="00BF142B" w14:paraId="0AACE4A0" w14:textId="77777777">
        <w:trPr>
          <w:trHeight w:val="850"/>
          <w:jc w:val="center"/>
        </w:trPr>
        <w:tc>
          <w:tcPr>
            <w:tcW w:w="453" w:type="dxa"/>
            <w:vAlign w:val="center"/>
          </w:tcPr>
          <w:p w14:paraId="48EA7624" w14:textId="77777777" w:rsidR="00BF142B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247" w:type="dxa"/>
            <w:vAlign w:val="center"/>
          </w:tcPr>
          <w:p w14:paraId="65C32695" w14:textId="77777777" w:rsidR="00BF142B" w:rsidRDefault="00BF142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AAC045D" w14:textId="77777777" w:rsidR="00BF142B" w:rsidRDefault="00BF14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301C49" w14:textId="77777777" w:rsidR="00BF142B" w:rsidRDefault="00BF142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44B9CE59" w14:textId="77777777" w:rsidR="00BF142B" w:rsidRDefault="00BF14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72DFE28" w14:textId="77777777" w:rsidR="00BF142B" w:rsidRDefault="00BF142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2A7C057F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72EB9F1E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44434C3" w14:textId="77777777" w:rsidR="00BF142B" w:rsidRDefault="00BF142B">
            <w:pPr>
              <w:jc w:val="center"/>
            </w:pPr>
          </w:p>
        </w:tc>
        <w:tc>
          <w:tcPr>
            <w:tcW w:w="2154" w:type="dxa"/>
            <w:vAlign w:val="center"/>
          </w:tcPr>
          <w:p w14:paraId="57A90836" w14:textId="77777777" w:rsidR="00BF142B" w:rsidRDefault="00BF142B">
            <w:pPr>
              <w:jc w:val="center"/>
            </w:pPr>
          </w:p>
        </w:tc>
      </w:tr>
      <w:tr w:rsidR="00BF142B" w14:paraId="24247F6A" w14:textId="77777777">
        <w:trPr>
          <w:trHeight w:val="850"/>
          <w:jc w:val="center"/>
        </w:trPr>
        <w:tc>
          <w:tcPr>
            <w:tcW w:w="453" w:type="dxa"/>
            <w:vAlign w:val="center"/>
          </w:tcPr>
          <w:p w14:paraId="25CB7BE8" w14:textId="77777777" w:rsidR="00BF142B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247" w:type="dxa"/>
            <w:vAlign w:val="center"/>
          </w:tcPr>
          <w:p w14:paraId="0A5D4C73" w14:textId="77777777" w:rsidR="00BF142B" w:rsidRDefault="00BF142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84A9119" w14:textId="77777777" w:rsidR="00BF142B" w:rsidRDefault="00BF14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AD4433" w14:textId="77777777" w:rsidR="00BF142B" w:rsidRDefault="00BF142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551E2361" w14:textId="77777777" w:rsidR="00BF142B" w:rsidRDefault="00BF14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0402BB1" w14:textId="77777777" w:rsidR="00BF142B" w:rsidRDefault="00BF142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38D8C48C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EF8FEE2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1570C07" w14:textId="77777777" w:rsidR="00BF142B" w:rsidRDefault="00BF142B">
            <w:pPr>
              <w:jc w:val="center"/>
            </w:pPr>
          </w:p>
        </w:tc>
        <w:tc>
          <w:tcPr>
            <w:tcW w:w="2154" w:type="dxa"/>
            <w:vAlign w:val="center"/>
          </w:tcPr>
          <w:p w14:paraId="63753FFC" w14:textId="77777777" w:rsidR="00BF142B" w:rsidRDefault="00BF142B">
            <w:pPr>
              <w:jc w:val="center"/>
            </w:pPr>
          </w:p>
        </w:tc>
      </w:tr>
      <w:tr w:rsidR="00BF142B" w14:paraId="1BF8E112" w14:textId="77777777">
        <w:trPr>
          <w:trHeight w:val="850"/>
          <w:jc w:val="center"/>
        </w:trPr>
        <w:tc>
          <w:tcPr>
            <w:tcW w:w="453" w:type="dxa"/>
            <w:vAlign w:val="center"/>
          </w:tcPr>
          <w:p w14:paraId="2738C952" w14:textId="77777777" w:rsidR="00BF142B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247" w:type="dxa"/>
            <w:vAlign w:val="center"/>
          </w:tcPr>
          <w:p w14:paraId="48901107" w14:textId="77777777" w:rsidR="00BF142B" w:rsidRDefault="00BF142B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9EA02E6" w14:textId="77777777" w:rsidR="00BF142B" w:rsidRDefault="00BF14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7E04BB" w14:textId="77777777" w:rsidR="00BF142B" w:rsidRDefault="00BF142B">
            <w:pPr>
              <w:jc w:val="center"/>
            </w:pPr>
          </w:p>
        </w:tc>
        <w:tc>
          <w:tcPr>
            <w:tcW w:w="1247" w:type="dxa"/>
            <w:vAlign w:val="center"/>
          </w:tcPr>
          <w:p w14:paraId="5A881EDF" w14:textId="77777777" w:rsidR="00BF142B" w:rsidRDefault="00BF14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3153FE8" w14:textId="77777777" w:rsidR="00BF142B" w:rsidRDefault="00BF142B">
            <w:pPr>
              <w:jc w:val="center"/>
            </w:pPr>
          </w:p>
        </w:tc>
        <w:tc>
          <w:tcPr>
            <w:tcW w:w="1530" w:type="dxa"/>
            <w:vAlign w:val="center"/>
          </w:tcPr>
          <w:p w14:paraId="514185FD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59BE2B87" w14:textId="77777777" w:rsidR="00BF142B" w:rsidRDefault="00BF142B">
            <w:pPr>
              <w:jc w:val="center"/>
            </w:pPr>
          </w:p>
        </w:tc>
        <w:tc>
          <w:tcPr>
            <w:tcW w:w="1474" w:type="dxa"/>
            <w:vAlign w:val="center"/>
          </w:tcPr>
          <w:p w14:paraId="6F98B41B" w14:textId="77777777" w:rsidR="00BF142B" w:rsidRDefault="00BF142B">
            <w:pPr>
              <w:jc w:val="center"/>
            </w:pPr>
          </w:p>
        </w:tc>
        <w:tc>
          <w:tcPr>
            <w:tcW w:w="2154" w:type="dxa"/>
            <w:vAlign w:val="center"/>
          </w:tcPr>
          <w:p w14:paraId="50425662" w14:textId="77777777" w:rsidR="00BF142B" w:rsidRDefault="00BF142B">
            <w:pPr>
              <w:jc w:val="center"/>
            </w:pPr>
          </w:p>
        </w:tc>
      </w:tr>
    </w:tbl>
    <w:p w14:paraId="35DF1F7E" w14:textId="77777777" w:rsidR="00BF142B" w:rsidRDefault="00BF142B">
      <w:pPr>
        <w:spacing w:after="60" w:line="240" w:lineRule="auto"/>
      </w:pPr>
    </w:p>
    <w:p w14:paraId="4BC80834" w14:textId="77777777" w:rsidR="00BF142B" w:rsidRDefault="00000000">
      <w:pPr>
        <w:spacing w:after="60" w:line="240" w:lineRule="auto"/>
      </w:pPr>
      <w:r>
        <w:rPr>
          <w:b/>
          <w:sz w:val="18"/>
        </w:rPr>
        <w:t>Uwaga!</w:t>
      </w:r>
    </w:p>
    <w:p w14:paraId="53EF8E27" w14:textId="77777777" w:rsidR="00BF142B" w:rsidRDefault="00000000">
      <w:pPr>
        <w:spacing w:after="40" w:line="240" w:lineRule="auto"/>
      </w:pPr>
      <w:r>
        <w:rPr>
          <w:sz w:val="17"/>
        </w:rPr>
        <w:t>Wykonawca jest zobowiązany załączyć dowody określające, czy wyżej wskazane usługi zostały wykonane lub są wykonywane należycie. Dowodami tymi są: referencje bądź inne dokumenty wystawione przez podmiot, na rzecz którego usługi były wykonane, a w przypadku świadczeń okresowych lub ciągłych są wykonywane.</w:t>
      </w:r>
    </w:p>
    <w:p w14:paraId="282D5126" w14:textId="77777777" w:rsidR="00BF142B" w:rsidRDefault="00000000">
      <w:pPr>
        <w:spacing w:after="40" w:line="240" w:lineRule="auto"/>
      </w:pPr>
      <w:r>
        <w:rPr>
          <w:sz w:val="17"/>
        </w:rPr>
        <w:lastRenderedPageBreak/>
        <w:t>Ta sama usługa serwisowa może zostać wskazana na potwierdzenie warunku określonego w lit. b oraz warunku określonego w lit. c, o ile spełnia wymagania przewidziane dla obu tych warunków. W takim przypadku w kolumnie „Warunek, którego dotyczy usługa” należy wpisać: „lit. b i c”.</w:t>
      </w:r>
    </w:p>
    <w:p w14:paraId="6D8EF69E" w14:textId="77777777" w:rsidR="00BF142B" w:rsidRDefault="00000000">
      <w:pPr>
        <w:spacing w:after="40" w:line="240" w:lineRule="auto"/>
      </w:pPr>
      <w:r>
        <w:rPr>
          <w:sz w:val="17"/>
        </w:rPr>
        <w:t>W przypadku wskazywania usługi na potwierdzenie warunku określonego w lit. c należy podać informacje pozwalające potwierdzić w szczególności: moc agregatu kogeneracyjnego, nieprzerwany okres obowiązywania umowy serwisowej oraz zapewnioną dyspozycyjność agregatu kogeneracyjnego na poziomie co najmniej 8000 mth w ciągu roku.</w:t>
      </w:r>
    </w:p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4"/>
        <w:gridCol w:w="3895"/>
        <w:gridCol w:w="3340"/>
        <w:gridCol w:w="3341"/>
      </w:tblGrid>
      <w:tr w:rsidR="00BF142B" w14:paraId="0EFAAA7E" w14:textId="77777777">
        <w:trPr>
          <w:jc w:val="center"/>
        </w:trPr>
        <w:tc>
          <w:tcPr>
            <w:tcW w:w="3969" w:type="dxa"/>
            <w:shd w:val="clear" w:color="auto" w:fill="D9D9D9"/>
            <w:vAlign w:val="center"/>
          </w:tcPr>
          <w:p w14:paraId="2098071B" w14:textId="77777777" w:rsidR="00BF142B" w:rsidRDefault="00000000">
            <w:pPr>
              <w:jc w:val="center"/>
            </w:pPr>
            <w:r>
              <w:rPr>
                <w:b/>
                <w:sz w:val="16"/>
              </w:rPr>
              <w:t>Nazwisko i imię osoby upoważnionej</w:t>
            </w:r>
            <w:r>
              <w:rPr>
                <w:b/>
                <w:sz w:val="16"/>
              </w:rPr>
              <w:br/>
              <w:t>do podpisania niniejszej Oferty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03556C75" w14:textId="77777777" w:rsidR="00BF142B" w:rsidRDefault="00000000">
            <w:pPr>
              <w:jc w:val="center"/>
            </w:pPr>
            <w:r>
              <w:rPr>
                <w:b/>
                <w:sz w:val="16"/>
              </w:rPr>
              <w:t>Podpis osoby upoważnionej do</w:t>
            </w:r>
            <w:r>
              <w:rPr>
                <w:b/>
                <w:sz w:val="16"/>
              </w:rPr>
              <w:br/>
              <w:t>podpisania niniejszej Oferty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F2E6937" w14:textId="77777777" w:rsidR="00BF142B" w:rsidRDefault="00000000">
            <w:pPr>
              <w:jc w:val="center"/>
            </w:pPr>
            <w:r>
              <w:rPr>
                <w:b/>
                <w:sz w:val="16"/>
              </w:rPr>
              <w:t>Pieczęć Wykonawcy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2876356" w14:textId="77777777" w:rsidR="00BF142B" w:rsidRDefault="00000000">
            <w:pPr>
              <w:jc w:val="center"/>
            </w:pPr>
            <w:r>
              <w:rPr>
                <w:b/>
                <w:sz w:val="16"/>
              </w:rPr>
              <w:t>Miejscowość i data</w:t>
            </w:r>
          </w:p>
        </w:tc>
      </w:tr>
      <w:tr w:rsidR="00BF142B" w14:paraId="5FD8A46C" w14:textId="77777777">
        <w:trPr>
          <w:trHeight w:val="700"/>
          <w:jc w:val="center"/>
        </w:trPr>
        <w:tc>
          <w:tcPr>
            <w:tcW w:w="3969" w:type="dxa"/>
            <w:vAlign w:val="center"/>
          </w:tcPr>
          <w:p w14:paraId="416B6BDB" w14:textId="77777777" w:rsidR="00BF142B" w:rsidRDefault="00BF142B">
            <w:pPr>
              <w:jc w:val="center"/>
            </w:pPr>
          </w:p>
        </w:tc>
        <w:tc>
          <w:tcPr>
            <w:tcW w:w="3969" w:type="dxa"/>
            <w:vAlign w:val="center"/>
          </w:tcPr>
          <w:p w14:paraId="5115805B" w14:textId="77777777" w:rsidR="00BF142B" w:rsidRDefault="00BF142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0EA0E0E" w14:textId="77777777" w:rsidR="00BF142B" w:rsidRDefault="00BF142B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E2A179C" w14:textId="77777777" w:rsidR="00BF142B" w:rsidRDefault="00BF142B">
            <w:pPr>
              <w:jc w:val="center"/>
            </w:pPr>
          </w:p>
        </w:tc>
      </w:tr>
    </w:tbl>
    <w:p w14:paraId="15289A87" w14:textId="77777777" w:rsidR="00DF6A56" w:rsidRDefault="00DF6A56"/>
    <w:sectPr w:rsidR="00DF6A56" w:rsidSect="00034616">
      <w:pgSz w:w="15840" w:h="12240" w:orient="landscape"/>
      <w:pgMar w:top="794" w:right="680" w:bottom="79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4925431">
    <w:abstractNumId w:val="8"/>
  </w:num>
  <w:num w:numId="2" w16cid:durableId="737673271">
    <w:abstractNumId w:val="6"/>
  </w:num>
  <w:num w:numId="3" w16cid:durableId="790977493">
    <w:abstractNumId w:val="5"/>
  </w:num>
  <w:num w:numId="4" w16cid:durableId="348681529">
    <w:abstractNumId w:val="4"/>
  </w:num>
  <w:num w:numId="5" w16cid:durableId="1671593422">
    <w:abstractNumId w:val="7"/>
  </w:num>
  <w:num w:numId="6" w16cid:durableId="1251694922">
    <w:abstractNumId w:val="3"/>
  </w:num>
  <w:num w:numId="7" w16cid:durableId="1875724348">
    <w:abstractNumId w:val="2"/>
  </w:num>
  <w:num w:numId="8" w16cid:durableId="2051417803">
    <w:abstractNumId w:val="1"/>
  </w:num>
  <w:num w:numId="9" w16cid:durableId="141886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0A9B"/>
    <w:rsid w:val="0087465F"/>
    <w:rsid w:val="00A402D7"/>
    <w:rsid w:val="00AA1D8D"/>
    <w:rsid w:val="00B47730"/>
    <w:rsid w:val="00BF142B"/>
    <w:rsid w:val="00CB0664"/>
    <w:rsid w:val="00DF6A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295AA"/>
  <w14:defaultImageDpi w14:val="300"/>
  <w15:docId w15:val="{3440E3ED-C83C-5642-B7FD-886316E0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1819</Characters>
  <Application>Microsoft Office Word</Application>
  <DocSecurity>0</DocSecurity>
  <Lines>363</Lines>
  <Paragraphs>307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Gajewski</cp:lastModifiedBy>
  <cp:revision>2</cp:revision>
  <dcterms:created xsi:type="dcterms:W3CDTF">2026-06-24T10:20:00Z</dcterms:created>
  <dcterms:modified xsi:type="dcterms:W3CDTF">2026-06-24T10:20:00Z</dcterms:modified>
  <cp:category/>
</cp:coreProperties>
</file>